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 לנהגים צעירים ולבני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מהירות, זמן תגובה ומרחק בלימה ולהשתמש בו בניתוח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 סיכון עיקריים לנהגים צעירים ולהולכי רגל: הסחת דעת, עייפות, לחץ חברתי, אלכוהול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מושכלת בדילמות אמיתיות ולהשתמש בכלי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המשפטיים הבסיסיים (כלים חשמליים, חגורה, נהג מלווה) ולנסח מסר למודעות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נתונים וסיכון: למה דווקא בגיל הזה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על פי הנתונים שהוצגו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המספר עלה - מ-439 ל-459 לפי הנתונים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נתונים וסיכון: למה דווקא בגיל הזה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נתונים וסיכון: למה דווקא בגיל הזה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החלק במוח ששוקל סיכונים עדיין מתפתח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חוסר ניסיון בזיהוי סכנות מוקדם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נתונים וסיכון: למה דווקא בגיל הזה – חשיבה והתאמה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הפיזיקה של העצירה: מרחק תגובה ובלימה – הבנת המושגים הבסיסיים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ממרחק תגובה ומרחק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גדל פי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הפיזיקה של העצירה: מרחק תגובה ובלימה – 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מרחק התגובה הוא הדרך שהרכב עובר מרגע ראיית הסכנה ועד הלחיצה על הבלם, לפני תחילת הבלימה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פי 2 מהירות יוצר פי 4 מרחק בלימה, ולא רק פי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הפיזיקה של העצירה: מרחק תגובה ובלימה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הפיזיקה של העצירה: מרחק תגובה ובלימה – תרגול חישובים והשוואות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הסחות דעת, עייפות וטלפון בדרך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מצטמצם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פיהוקים ועפעפיים כבדים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הסחות דעת, עייפות וטלפון בדרך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באתר לגבי מבט קצר בטלפון במהירות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עייפות מאטה את זמן התגובה בדומה לשתיית אלכוהול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הסחות דעת, עייפות וטלפון בדרך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הסחות דעת, עייפות וטלפון בדרך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לחץ חברתי, קבלת החלטות ודילמות בדרך – מושגי יסוד וזיהוי 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 הכלי - לעצור, להירגע ולבחור במודעות לפני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השלב השני בכלי, לפני הנשימה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לא נימוק אמיתי - כל אחד אחראי באופן אישי להחלטותיו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לחץ חברתי, קבלת החלטות ודילמות בדרך – יישום בדילמות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לסרב בנחישות ולהציע לחצות במעבר החצייה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אסור - על קורקינט חשמלי מותר רוכב אחד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לחץ חברתי, קבלת החלטות ודילמות בדרך – התאמת מצב ותגובה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(נוסע אחראי אומר: תאט/י רגע, אני לא מרגיש/ה בנוח)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(מסרבים בנחישות ומציעים לחצות במעבר)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(מסרבים ומסבירים שהסיכון לא שווה לייק)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(ממשיכים לחצות בלי להביט בטלפון)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חוק ואחריות: כלים חשמליים, אלכוהול ונהג מלווה – מה אומר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חוק ואחריות: כלים חשמליים, אלכוהול ונהג מלווה – השלמת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אוזניות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חוק ואחריות: כלים חשמליים, אלכוהול ונהג מלווה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"תאט/י רגע, אני לא מרגיש/ה בנוח" – משפט ברור שאינו מאשים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יוצרים קמפיין זהירות בדרכים – הכרת הנתונים והעקרונות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אחד מכל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מסר, קהל יעד ואמצעי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שמרחק הבלימה תלוי בריבוע המהירות, לא ביחס ישר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משפט קצר, רגוע ומכבד, ולא ויכוח או התעלמות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מקשרת בין חוסר ניסיון, זמן תגובה מושפע מאלכוהול/עייפות, וסיכון מוגבר בנוכחות נוסעים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שיעורים: פרק 1-2 בשיעור ראשון (נתונים ופיזיקה), פרק 3-4 בשני (הסחות ודילמות), פרק 5-6 בשלישי (חוק וקמפיין)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בחישוב - לתת טבלת ערכים מוכנה של מהירות ומרחק בלימה ולבקש להשלים דפוס במקום לחשב מאפס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לדיון בדילמות אפשר לחלק לקבוצות קטנות ולהציג שתי עמדות שונות לאותה דילמה, ואז להצביע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הקמפיין בפרק 6 אפשר לאפשר בחירה בין פוסטר, סקריפט לסרטון קצר או נאום - כדי לתת ביטוי ליכולות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 לנהגים צעירים ולבני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בחוברת לפי סדר הפרקים, מפרק לפרק - כל פרק בונה על הקודם. בכל פרק יש משימת חישוב או ניתוח, דילמה לדיון, ומשימת כתיבה קצרה. סמנו את התשובות בעט ואל תמהרו - חלק מהשאלות דורשות חשיבה ולא תשובה אחת 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טלפון  ·  20  ·  40  ·  ארבעה  ·  בלימה  ·  אוזניות  ·  4  ·  מדרכה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נתונים וסיכון: למה דווקא בגיל הזה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בשנת 2025 נהרגו בתאונות דרכים בישראל 459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ההרוגים בתאונות דרכים ירד בין 2024 ל-2025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נתונים וסיכון: למה דווקא בגיל הזה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בערך אחד מכל __________ הרוגים בתאונות דרכים הוא הולך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החלק במוח ששוקל סיכונים ותוצאות ממשיך להתפתח עד שנות ה-__________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נתונים וסיכון: למה דווקא בגיל הזה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בגיל ההתבגרות קיימת נטייה גבוהה יותר לקיחת סיכונים בדרכים?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חוקי תנועה לבני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החלק במוח ששוקל סיכונים עדיין מתפתח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 נוער אינם יודעים לזהות תמרורים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הסיבה העיקרית לכך שנהגים חדשים נמצאים בסיכון גבוה יותר בשנים הראשונות אחרי קבלת הרישיון?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צעירים מדי מבחינת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חוסר ניסיון בזיהוי סכנות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הרכבים שלהם ישנים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נתונים וסיכון: למה דווקא בגיל הזה – חשיבה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הפיזיקה של העצירה: מרחק תגובה ובלימה – הבנת המושגים הבסיסיים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ממה בנוי מרחק העצירה הכולל של 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ממרחק תגובה ומרחק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ממהירות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למרחק הבלימה כאשר המהירות מוכפלת (פי 2)?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גדל פי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הפיזיקה של העצירה: מרחק תגובה ובלימה – 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מרחק התגובה הוא הדרך שהרכב עובר אחרי שהנהג כבר לחץ על הבלם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מרחק הבלימה גדל ביחס לריבוע המהירות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הפיזיקה של העצירה: מרחק תגובה ובלימה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מרחק __________ הוא הדרך שהרכב עובר מהרגע שהנהג לוחץ על הבלם ועד שהרכב עוצר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הפיזיקה של העצירה: מרחק תגובה ובלימה – תרגול חישובים והשוואות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מרחק הבלימה במהירות מסוימת הוא 10 מטר, באותו כביש במהירות כפולה מרחק הבלימה יהיה בערך __________ 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הסחות דעת, עייפות וטלפון בדרך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לשדה הראייה כשמביטים בטלפון בזמן הליכה או 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מצטמצם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מהבאים הם סימני עייפות שצוינו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פיהוקים ועפעפיים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צמא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כאב בטן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הסחות דעת, עייפות וטלפון בדרך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מבט של שתי שניות בהודעה במהירות 90 קמ"ש שווה לנסיעה של עשרות מטרים בלי לראות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עייפות לא משפיעה על זמן התגובה של 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הסחות דעת, עייפות וטלפון בדרך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חצייה יש להכניס את ה__________ לכיס ולהוריד את האוזניות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הסחות דעת, עייפות וטלפון בדרך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פי 2 מהירות שווה פי __________ מרחק בלימה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לחץ חברתי, קבלת החלטות ודילמות בדרך – מושגי יסוד וזיהוי 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כלי עש"ן ד"ק נועד לעזור לעצור רגע ולבחור החלטה במקום להיגרר ללחץ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ש בעש"ן ד"ק מסמלת שרירים - הרפיית כתפיים וידיים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'כולם עושים את זה' נחשב נימוק מספיק כדי לקבל החלטה מסוכנת בדרך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לחץ חברתי, קבלת החלטות ודילמות בדרך – יישום בדילמות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חבר אומר לכם: 'בוא נחצה פה, זה יותר קצר מהמעבר' - מהי התגובה הנכונה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להסכים כדי לא להתווכח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לסרב בנחישות ולהציע לחצות במעבר החצייה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לחצות לבד במקום אחר בלי להגיב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חבר מציע לכם טרמפ על קורקינט חשמלי 'רק עד הקניון' - מה נכון לפי החוק?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מותר כי המרחק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אסור - על קורקינט חשמלי מותר רוכב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מותר בלי קסדה אם זה קרוב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לחץ חברתי, קבלת החלטות ודילמות בדרך – התאמת מצב ותגובה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חברים ברכב מעודדים 'לתת גז'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מסרבים ומסבירים שהסיכון לא שווה לייק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חבר מציע לחצות שלא במעבר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נוסע אחראי אומר: תאט/י רגע, אני לא מרגיש/ה בנוח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אתגר ברשת לצלם חצייה מסוכנת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ממשיכים לחצות בלי להביט בטלפון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הודעה חשובה מגיעה באמצע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מסרבים בנחישות ומציעים לחצות במעבר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חוק ואחריות: כלים חשמליים, אלכוהול ונהג מלווה – מה אומר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מגיל כמה מותר לרכוב על אופניים חשמליים או קורקינט חשמלי, עם רישיון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רוכבים מותר שיהיו בו־זמנית על קורקינט חשמלי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חובה לכל רוכב/ת על כלי חשמלי, בכל 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אפוד זוהר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חוק ואחריות: כלים חשמליים, אלכוהול ונהג מלווה – השלמת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אסור לרכוב על כלי חשמלי (אופניים או קורקינט)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ברכיבה על כלי חשמלי אסור להשתמש ב__________ או להחזיק טלפון ביד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חוק ואחריות: כלים חשמליים, אלכוהול ונהג מלווה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נסחו משפט קצר ורגוע שנוסע/ת יכול/ה לומר לנהג/ת שנוהג/ת מהר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יוצרים קמפיין זהירות בדרכים – הכרת הנתונים והעקרונות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הנתונים שנלמדו, בערך איזה חלק מהרוגי תאונות הדרכים הם הולכי 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 מכל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 מכל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אחד מכל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מהם שלושת המרכיבים שחשוב לתכנן בבניית קמפיין זהירות בדרכים?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מסר, קהל יעד ואמצעי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צבע, גודל ומחיר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זמן, מקום ותקציב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למה הכפלת המהירות מגדילה את מרחק הבלימה פי ארבע ולא פי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לתאר שתי דרכים לומר לא ללחץ חברתי בלי להשפיל אף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שומרי הדרך: זהירות בדרכים לנהגים צעירים ולבני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